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A3717" w14:textId="77777777" w:rsidR="00F008D6" w:rsidRDefault="00000000">
      <w:pPr>
        <w:spacing w:after="0"/>
        <w:jc w:val="center"/>
      </w:pPr>
      <w:r>
        <w:rPr>
          <w:noProof/>
        </w:rPr>
        <w:drawing>
          <wp:inline distT="0" distB="0" distL="0" distR="0" wp14:anchorId="116058BB" wp14:editId="3838BC93">
            <wp:extent cx="7168896" cy="1075334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ting_Point_Sober_Support_Clean_No_Lines_Boxes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68896" cy="10753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08D6" w:rsidSect="00034616">
      <w:pgSz w:w="11520" w:h="17280"/>
      <w:pgMar w:top="115" w:right="115" w:bottom="115" w:left="115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8326553">
    <w:abstractNumId w:val="8"/>
  </w:num>
  <w:num w:numId="2" w16cid:durableId="741607815">
    <w:abstractNumId w:val="6"/>
  </w:num>
  <w:num w:numId="3" w16cid:durableId="711806912">
    <w:abstractNumId w:val="5"/>
  </w:num>
  <w:num w:numId="4" w16cid:durableId="438915054">
    <w:abstractNumId w:val="4"/>
  </w:num>
  <w:num w:numId="5" w16cid:durableId="198712729">
    <w:abstractNumId w:val="7"/>
  </w:num>
  <w:num w:numId="6" w16cid:durableId="449907466">
    <w:abstractNumId w:val="3"/>
  </w:num>
  <w:num w:numId="7" w16cid:durableId="254822015">
    <w:abstractNumId w:val="2"/>
  </w:num>
  <w:num w:numId="8" w16cid:durableId="136992322">
    <w:abstractNumId w:val="1"/>
  </w:num>
  <w:num w:numId="9" w16cid:durableId="138815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46828"/>
    <w:rsid w:val="0080418C"/>
    <w:rsid w:val="00AA1D8D"/>
    <w:rsid w:val="00B47730"/>
    <w:rsid w:val="00CB0664"/>
    <w:rsid w:val="00F008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018CF6"/>
  <w14:defaultImageDpi w14:val="300"/>
  <w15:docId w15:val="{6A29C714-DEA1-48D7-B108-C792BC05B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Heather Bolinger</cp:lastModifiedBy>
  <cp:revision>2</cp:revision>
  <dcterms:created xsi:type="dcterms:W3CDTF">2026-09-22T21:21:00Z</dcterms:created>
  <dcterms:modified xsi:type="dcterms:W3CDTF">2026-09-22T21:21:00Z</dcterms:modified>
  <cp:category/>
</cp:coreProperties>
</file>